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🎉 רכזת חברתית – ארגז הכלים המלא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מועצת תלמידים, ערכות וטקסים כיתתיים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מרכיבי מועצת התלמידים ואת תהליך הבחירות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מטרות הטקסים והפעילויות החברתיות בכיתה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חשיבה על שיתוף פעולה בין תלמידים, מורים ומשפחות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קבוצת תלמידים שנבחרה לייצג את חבריהם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לקבוע כללים וערכים משותפים לכיתה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ביום הראשון של שנת הלימודים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פעילות היכרות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ששווה הזדמנות לכל מועמד ולכל בוחר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תעודות הוקרה הן חלק מהוקרה על השקעה במהלך השנה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מועצת תלמידים יוזמת ומבצעת מיזמים חברתיים שונים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יש דרכים רבות ומגוונות לשתף משפחות לאורך השנה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כך מתכננים את הטקס מראש ושומרים על סדר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אמנה כיתתית נבנית בשיתוף כל חברי הכיתה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היכרות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מועצת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תעודות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אמנה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קרח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(פעילויות היכרות ומכתב למשפחות)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(תעודות הוקרה ופעילויות פרידה)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(בחירות הוגנות ומיזמים)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(חלוקה לקטעים ודקות)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(פעילויות היכרות קצרות)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תחילת שנת הלימודים - פעילויות היכרות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בחירת חברי מועצת תלמידים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תכנון וביצוע מיזמים חברתיים לאורך השנה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עריכת טקסים לאורך השנה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סיום שנת הלימודים - חלוקת תעודות הוקרה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 - יש לבדוק שהתלמיד/ה מציע מיזם רלוונטי לכיתה ומסביר את התועלת שלו, לדוגמה שיפור האווירה החברתית או עזרה לקהילה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אישית - יש לבדוק תיאור ברור של משחק או פעילות שמטרתה היכרות בין תלמידים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הגדרה בסיסית של מועצת תלמידים כגוף נבחר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דוגמה כמו פעילות היכרות או כתיבת אמנה כיתתית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הבנה שמעורבות משפחות מחזקת את הקשר בית-ספר-בית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לקשר את הדף לבחירות אמיתיות למועצת התלמידים בכיתה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לשלב משחק שובר קרח קצר לפני מילוי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להרחיב את חלק הכתיבה הפתוחה לדיון כיתתי משותף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🎉 רכזת חברתית – ארגז הכלים המלא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מועצת תלמידים, ערכות וטקסים כיתתיים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בכל כיתה ובית ספר יש פעילויות חברתיות וטקסים שמלווים את השנה - מהיום הראשון ועד הסיום. בדף הזה נתרגל מושגים הקשורים למועצת תלמידים, לטקסים ולפעילויות היכרות.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מהי מועצת תלמידים?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קבוצת מורים שמנהלת את בית הספר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קבוצת תלמידים שנבחרה לייצג את חבריהם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שיעור חדש בבית הספר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אירוע סיום שנה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המטרה של אמנה כיתתית?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לקבוע ציונים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לקבוע כללים וערכים משותפים לכיתה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לבחור מורה חדש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לתכנן טיול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מתי בדרך כלל עורכים את ערכת פתיחת שנה?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באמצע השנה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ביום הראשון של שנת הלימודים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בחופשת הקיץ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ביום הבחירות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זה שובר קרח?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מבחן קשה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פעילות היכרות קצרה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טקס סיום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מכתב למשפחות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חשוב כדי שבחירות למועצת תלמידים יהיו הוגנות?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שרק חברים יצביעו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ששווה הזדמנות לכל מועמד ולכל בוחר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שרק המורה יבחר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שלא יהיה סדר יום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ערכת סיום שנה כוללת תעודות הוקרה לתלמידים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מועצת תלמידים עוסקת רק בלימודים ולא במיזמים חברתיים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שיתוף משפחות אפשרי רק בטקס אחד בשנה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טקסים בבית הספר מחולקים בדרך כלל לקטעים עם זמן מוגדר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אמנה כיתתית נכתבת רק על ידי המורה ללא שיתוף תלמידים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פעילות שמטרתה לעזור לתלמידים חדשים להכיר זה את זה נקראת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הקבוצה הנבחרת שמייצגת את התלמידים בבית הספר נקראת __________ תלמידים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בסוף שנת הלימודים נהוג לחלק __________ הוקרה לתלמידים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מסמך עם כללים שהכיתה כותבת יחד נקרא __________ כיתתית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פעילות קצרה שמטרתה לשבור מבוכה ולהכיר אנשים נקראת שובר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ערכת פתיחת שנה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חלוקה לקטעים ודקות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ערכת סיום שנה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בחירות הוגנות ומיזמים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ערכת מועצת תלמידים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תעודות הוקרה ופעילויות פרידה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מתווי טקסים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פעילויות היכרות קצרות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שוברי קרח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פעילויות היכרות ומכתב למשפחות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סיום שנת הלימודים - חלוקת תעודות הוקרה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תחילת שנת הלימודים - פעילויות היכרות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בחירת חברי מועצת תלמידים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תכנון וביצוע מיזמים חברתיים לאורך השנה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עריכת טקסים לאורך השנה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אם היית נבחר/ת למועצת התלמידים, איזה מיזם היית מציע/ה ליזום בכיתה? כתבו למה הוא חשוב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תארו פעילות היכרות (שובר קרח) שהייתם רוצים לשחק עם כיתה חדשה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מועצת תלמידים ומה תפקידה?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אחת לפעילות שמתאימה לפתיחת שנה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חשוב לשתף משפחות בפעילויות בית הספר?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מועצת תלמידים, ערכות וטקסים כיתתיים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