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מועצת תלמידים, ערכות וטקסים כיתתיים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מועצת התלמידים ואת 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מטרות הטקסים והפעילויות החברתיות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שיתוף פעולה בין תלמידים, מורים ומשפחות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קבוצת תלמידים שנבחרה לייצג את חבריהם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לקבוע כללים וערכים משותפים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ביום הראשון של שנת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פעילות היכרות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ששווה הזדמנות לכל מועמד ולכל בוחר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תעודות הוקרה הן חלק מהוקרה על השקעה במהלך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מועצת תלמידים יוזמת ומבצעת מיזמים חברתיים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דרכים רבות ומגוונות לשתף משפחות לאורך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מתכננים את הטקס מראש ושומרים על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אמנה כיתתית נבנית בשיתוף כל חברי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(פעילויות היכרות ומכתב למשפחות)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(תעודות הוקרה ופעילויות פרידה)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(בחירות הוגנות ומיזמים)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(חלוקה לקטעים ודקות)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(פעילויות היכרות קצרות)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שנת הלימודים - פעילויות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חברי מועצת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וביצוע מיזמים חברתיים לאורך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עריכת טקסים לאורך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שנת הלימודים - חלוקת תעודות הוקרה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שהתלמיד/ה מציע מיזם רלוונטי לכיתה ומסביר את התועלת שלו, לדוגמה שיפור האווירה החברתית או עזרה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תיאור ברור של משחק או פעילות שמטרתה היכרות בין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מועצת תלמידים כגוף 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פעילות היכרות או כתיבת אמנה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שמעורבות משפחות מחזקת את הקשר בית-ספר-בית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לבחירות אמיתיות למועצת התלמידים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שובר קרח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הפתוחה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מועצת תלמידים, ערכות וטקסים כיתתיים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בבית ספר יש פעילויות וטקסים כל השנה. בדף הזה נלמד על מועצת תלמידים, טקסים ומשחקי היכרות.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מועצת תלמידים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שנבחרה לייצג את הכיתה או 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הוגנות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כל התלמידים בוחרים בחופשיות ובשוויון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עם כללים וערכים שהכיתה מסכימה עליהם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או פרויקט שמתכננים ומבצעים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שובר קרח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או פעילות קצרה שעוזרת להכיר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שמחלקים להערכה על השקעה או הישג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מיוחד שמסמן רגע חשוב, כמו פתיחה או סיום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מעורבות משפחות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הורים ובני משפחה בפעילויות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מועצת 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מורים שמנהלת את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תלמידים שנבחרה לייצג את חבריהם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חדש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אירוע סיום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אמנה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כללים וערכים משותפים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מורה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משתמשים בערכת פתיחת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הראשון של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שובר 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פעילות היכרות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למשפחות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הופך בחירות להוגנות?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שרק חברים יצביעו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ששווה הזדמנות לכל מועמד ולכל בוחר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שרק המורה יבחר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שלא יהיה סדר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ערכת סיום שנה כוללת תעודות הוקרה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מועצת תלמידים עוסקת רק בלימודים ולא במיזמים חברתיים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משפחות אפשרי רק בטקס אחד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טקסים בבית הספר מחולקים בדרך כלל לקטעים עם זמן מוגדר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אמנה כיתתית נכתבת רק על ידי המורה ללא שיתוף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פעילות שמטרתה לעזור לתלמידים חדשים להכיר זה את זה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הנבחרת שמייצגת את התלמידים בבית הספר נקראת __________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שנת הלימודים נהוג לחלק __________ הוקרה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מסמך עם כללים שהכיתה כותבת יחד נקרא __________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פעילות קצרה שמטרתה לשבור מבוכה ולהכיר אנשים נקראת שובר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ערכת פתיחת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בחירות הוגנות ומיזמים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ערכת סיום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פעילויות היכרות ומכתב למשפחות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ערכת 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תעודות הוקרה ופעילויות פרידה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מתווי טקסים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פעילויות היכרות קצרות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שוברי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חלוקה לקטעים ודקות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עריכת טקסים לאורך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שנת הלימודים - חלוקת תעודות הוקרה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שנת הלימודים - פעילויות היכרות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חברי מועצת 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וביצוע מיזמים חברתיים לאורך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 נבחר/ת למועצת התלמידים, איזה מיזם היית מציע/ה ליזום בכיתה? כתבו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פעילות היכרות (שובר קרח) שהייתם רוצים לשחק עם כיתה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מועצת תלמידים ומה תפקידה?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שמתאימה לפתיחת 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לשתף משפחות בפעילויות 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מועצת תלמידים, ערכות וטקסים כיתתיים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