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מועצת תלמידים, ערכות וטקסים כיתתיים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מועצת התלמידים ואת תהליך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מטרות הטקסים והפעילויות החברתיות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שיתוף פעולה בין תלמידים, מורים ומשפחות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קבוצת תלמידים שנבחרה לייצג את חבריהם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לקבוע כללים וערכים משותפים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תעודות הוקרה הן חלק מהוקרה על השקעה במהלך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מועצת תלמידים יוזמת ומבצעת מיזמים חברתיים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תעודות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(פעילויות היכרות ומכתב למשפחות)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(תעודות הוקרה ופעילויות פרידה)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(בחירות הוגנות ומיזמים)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(חלוקה לקטעים ודקות)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תחילת שנת הלימודים - פעילויות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חברי מועצת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תכנון וביצוע מיזמים חברתיים לאורך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עריכת טקסים לאורך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שהתלמיד/ה מציע מיזם רלוונטי לכיתה ומסביר את התועלת שלו, לדוגמה שיפור האווירה החברתית או עזרה לקהילה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מועצת תלמידים כגוף 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פעילות היכרות או כתיבת אמנה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שמעורבות משפחות מחזקת את הקשר בית-ספר-בית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לבחירות אמיתיות למועצת התלמידים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משחק שובר קרח קצר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הפתוחה לדיון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מועצת תלמידים, ערכות וטקסים כיתתיים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כיתה ובית ספר יש פעילויות חברתיות וטקסים שמלווים את השנה - מהיום הראשון ועד הסיום. בדף הזה נתרגל מושגים הקשורים למועצת תלמידים, לטקסים ולפעילויות היכרות.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תעודות  ·  מועצת  ·  היכרות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מועצת 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קבוצת מורים שמנהלת את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קבוצת תלמידים שנבחרה לייצג את חבריהם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שיעור חדש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של אמנה 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לקבוע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לקבוע כללים וערכים משותפים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לבחור מורה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ערכת סיום שנה כוללת תעודות הוקרה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מועצת תלמידים עוסקת רק בלימודים ולא במיזמים חברתיים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פעילות שמטרתה לעזור לתלמידים חדשים להכיר זה את זה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הקבוצה הנבחרת שמייצגת את התלמידים בבית הספר נקראת __________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בסוף שנת הלימודים נהוג לחלק __________ הוקרה לתלמידים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ערכת פתיחת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בחירות הוגנות ומיזמים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ערכת סיום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חלוקה לקטעים ודקות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ערכת מועצת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פעילויות היכרות ומכתב למשפחות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מתווי טקסים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תעודות הוקרה ופעילויות פרידה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תכנון וביצוע מיזמים חברתיים לאורך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עריכת טקסים לאורך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תחילת שנת הלימודים - פעילויות היכרות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חברי מועצת 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אם היית נבחר/ת למועצת התלמידים, איזה מיזם היית מציע/ה ליזום בכיתה? כתבו 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מועצת תלמידים ומה תפקידה?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לפעילות שמתאימה לפתיחת שנה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מועצת תלמידים, ערכות וטקסים כיתתיים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